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Literature review matrix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1682"/>
          </w:tcPr>
          <w:p>
            <w:r/>
            <w:r>
              <w:rPr>
                <w:b/>
              </w:rPr>
              <w:t>Citation (Author, Year)</w:t>
            </w:r>
          </w:p>
        </w:tc>
        <w:tc>
          <w:tcPr>
            <w:tcW w:type="dxa" w:w="1682"/>
          </w:tcPr>
          <w:p>
            <w:r/>
            <w:r>
              <w:rPr>
                <w:b/>
              </w:rPr>
              <w:t>Aim or research question</w:t>
            </w:r>
          </w:p>
        </w:tc>
        <w:tc>
          <w:tcPr>
            <w:tcW w:type="dxa" w:w="1682"/>
          </w:tcPr>
          <w:p>
            <w:r/>
            <w:r>
              <w:rPr>
                <w:b/>
              </w:rPr>
              <w:t>Design and method</w:t>
            </w:r>
          </w:p>
        </w:tc>
        <w:tc>
          <w:tcPr>
            <w:tcW w:type="dxa" w:w="1682"/>
          </w:tcPr>
          <w:p>
            <w:r/>
            <w:r>
              <w:rPr>
                <w:b/>
              </w:rPr>
              <w:t>Sample and setting</w:t>
            </w:r>
          </w:p>
        </w:tc>
        <w:tc>
          <w:tcPr>
            <w:tcW w:type="dxa" w:w="1682"/>
          </w:tcPr>
          <w:p>
            <w:r/>
            <w:r>
              <w:rPr>
                <w:b/>
              </w:rPr>
              <w:t>Key findings</w:t>
            </w:r>
          </w:p>
        </w:tc>
        <w:tc>
          <w:tcPr>
            <w:tcW w:type="dxa" w:w="1682"/>
          </w:tcPr>
          <w:p>
            <w:r/>
            <w:r>
              <w:rPr>
                <w:b/>
              </w:rPr>
              <w:t>Limitations</w:t>
            </w:r>
          </w:p>
        </w:tc>
        <w:tc>
          <w:tcPr>
            <w:tcW w:type="dxa" w:w="1682"/>
          </w:tcPr>
          <w:p>
            <w:r/>
            <w:r>
              <w:rPr>
                <w:b/>
              </w:rPr>
              <w:t>Evidence (quote and page or section)</w:t>
            </w:r>
          </w:p>
        </w:tc>
        <w:tc>
          <w:tcPr>
            <w:tcW w:type="dxa" w:w="1682"/>
          </w:tcPr>
          <w:p>
            <w:r/>
            <w:r>
              <w:rPr>
                <w:b/>
              </w:rPr>
              <w:t>Theme</w:t>
            </w:r>
          </w:p>
        </w:tc>
        <w:tc>
          <w:tcPr>
            <w:tcW w:type="dxa" w:w="1682"/>
          </w:tcPr>
          <w:p>
            <w:r/>
            <w:r>
              <w:rPr>
                <w:b/>
              </w:rPr>
              <w:t>Notes and relevance</w:t>
            </w:r>
          </w:p>
        </w:tc>
      </w:tr>
      <w:t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</w:tbl>
    <w:p>
      <w:r>
        <w:t>More, with column sets by discipline and a worked example: https://litrevu.com/tools/literature-review-matrix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Literature review matrix</dc:title>
  <dc:subject/>
  <dc:creator>Litrevu</dc:creator>
  <cp:keywords/>
  <dc:description>From https://litrevu.com/tools/literature-review-matrix</dc:description>
  <cp:lastModifiedBy>Litrevu</cp:lastModifiedBy>
  <cp:revision>1</cp:revision>
  <dcterms:created xsi:type="dcterms:W3CDTF">2026-10-04T00:00:00Z</dcterms:created>
  <dcterms:modified xsi:type="dcterms:W3CDTF">2026-10-04T00:00:00Z</dcterms:modified>
  <cp:category/>
</cp:coreProperties>
</file>